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395B" w14:textId="77777777" w:rsidR="00EA1272" w:rsidRPr="00284959" w:rsidRDefault="00000000">
      <w:pPr>
        <w:spacing w:after="40"/>
        <w:jc w:val="center"/>
      </w:pPr>
      <w:r w:rsidRPr="00284959">
        <w:rPr>
          <w:b/>
          <w:sz w:val="44"/>
        </w:rPr>
        <w:t>KARTA ZGŁOSZENIA</w:t>
      </w:r>
    </w:p>
    <w:p w14:paraId="542F1C05" w14:textId="77777777" w:rsidR="00EA1272" w:rsidRPr="00284959" w:rsidRDefault="00000000">
      <w:pPr>
        <w:spacing w:after="0"/>
        <w:jc w:val="center"/>
      </w:pPr>
      <w:r w:rsidRPr="00284959">
        <w:rPr>
          <w:b/>
          <w:sz w:val="30"/>
        </w:rPr>
        <w:t>Konkurs rodzinny</w:t>
      </w:r>
    </w:p>
    <w:p w14:paraId="2E52BBFE" w14:textId="77777777" w:rsidR="00EA1272" w:rsidRPr="00284959" w:rsidRDefault="00000000">
      <w:pPr>
        <w:jc w:val="center"/>
      </w:pPr>
      <w:r w:rsidRPr="00284959">
        <w:rPr>
          <w:b/>
          <w:sz w:val="36"/>
        </w:rPr>
        <w:t>„Gotowanie łączy pokolenia”</w:t>
      </w:r>
    </w:p>
    <w:p w14:paraId="3702C063" w14:textId="77777777" w:rsidR="00EA1272" w:rsidRPr="00284959" w:rsidRDefault="00000000">
      <w:pPr>
        <w:spacing w:before="40" w:after="140"/>
      </w:pPr>
      <w:r w:rsidRPr="00284959">
        <w:rPr>
          <w:b/>
          <w:sz w:val="22"/>
        </w:rPr>
        <w:t xml:space="preserve">Imię i nazwisko dziecka: </w:t>
      </w:r>
      <w:r w:rsidRPr="00284959">
        <w:t>........................................................................................................</w:t>
      </w:r>
    </w:p>
    <w:p w14:paraId="7F9B69E2" w14:textId="77777777" w:rsidR="00EA1272" w:rsidRPr="00284959" w:rsidRDefault="00000000">
      <w:pPr>
        <w:spacing w:before="40" w:after="140"/>
      </w:pPr>
      <w:r w:rsidRPr="00284959">
        <w:rPr>
          <w:b/>
          <w:sz w:val="22"/>
        </w:rPr>
        <w:t xml:space="preserve">Grupa: </w:t>
      </w:r>
      <w:r w:rsidRPr="00284959">
        <w:t>............................................................................................................................</w:t>
      </w:r>
    </w:p>
    <w:p w14:paraId="0839EDBA" w14:textId="77777777" w:rsidR="00EA1272" w:rsidRPr="00284959" w:rsidRDefault="00000000">
      <w:pPr>
        <w:spacing w:before="40" w:after="140"/>
      </w:pPr>
      <w:r w:rsidRPr="00284959">
        <w:rPr>
          <w:b/>
          <w:sz w:val="22"/>
        </w:rPr>
        <w:t xml:space="preserve">Nazwa przygotowanej potrawy: </w:t>
      </w:r>
      <w:r w:rsidRPr="00284959">
        <w:t>........................................................................................</w:t>
      </w:r>
    </w:p>
    <w:p w14:paraId="3161BE54" w14:textId="77777777" w:rsidR="00EA1272" w:rsidRPr="00284959" w:rsidRDefault="00000000">
      <w:pPr>
        <w:spacing w:before="40" w:after="140"/>
      </w:pPr>
      <w:r w:rsidRPr="00284959">
        <w:rPr>
          <w:b/>
          <w:sz w:val="22"/>
        </w:rPr>
        <w:t xml:space="preserve">Z kim dziecko przygotowywało potrawę? </w:t>
      </w:r>
      <w:r w:rsidRPr="00284959">
        <w:t>..............................................................................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EA1272" w:rsidRPr="00284959" w14:paraId="3617DE88" w14:textId="77777777">
        <w:trPr>
          <w:jc w:val="center"/>
        </w:trPr>
        <w:tc>
          <w:tcPr>
            <w:tcW w:w="10312" w:type="dxa"/>
            <w:tcBorders>
              <w:top w:val="single" w:sz="12" w:space="0" w:color="F5C94D"/>
              <w:left w:val="single" w:sz="12" w:space="0" w:color="F5C94D"/>
              <w:bottom w:val="single" w:sz="12" w:space="0" w:color="F5C94D"/>
              <w:right w:val="single" w:sz="12" w:space="0" w:color="F5C94D"/>
            </w:tcBorders>
            <w:shd w:val="clear" w:color="auto" w:fill="FFF6D9"/>
            <w:vAlign w:val="center"/>
          </w:tcPr>
          <w:p w14:paraId="0DCF7A7B" w14:textId="77777777" w:rsidR="00EA1272" w:rsidRPr="00284959" w:rsidRDefault="00000000">
            <w:pPr>
              <w:spacing w:after="60"/>
            </w:pPr>
            <w:r w:rsidRPr="00284959">
              <w:rPr>
                <w:b/>
                <w:sz w:val="30"/>
              </w:rPr>
              <w:t>Załączniki:</w:t>
            </w:r>
          </w:p>
          <w:p w14:paraId="6B9A6B9D" w14:textId="77777777" w:rsidR="00EA1272" w:rsidRPr="00284959" w:rsidRDefault="00000000">
            <w:pPr>
              <w:spacing w:after="40"/>
              <w:ind w:left="142"/>
            </w:pPr>
            <w:r w:rsidRPr="00284959">
              <w:rPr>
                <w:sz w:val="22"/>
              </w:rPr>
              <w:t>☐  Przepis kulinarny</w:t>
            </w:r>
          </w:p>
          <w:p w14:paraId="1E1F6950" w14:textId="77777777" w:rsidR="00EA1272" w:rsidRPr="00284959" w:rsidRDefault="00000000">
            <w:pPr>
              <w:spacing w:after="40"/>
              <w:ind w:left="142"/>
            </w:pPr>
            <w:r w:rsidRPr="00284959">
              <w:rPr>
                <w:sz w:val="22"/>
              </w:rPr>
              <w:t>☐  Zdjęcia dokumentujące wspólne gotowanie</w:t>
            </w:r>
          </w:p>
        </w:tc>
      </w:tr>
    </w:tbl>
    <w:p w14:paraId="4CC0D149" w14:textId="77777777" w:rsidR="00EA1272" w:rsidRPr="00284959" w:rsidRDefault="00EA1272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EA1272" w:rsidRPr="00284959" w14:paraId="62591EA4" w14:textId="77777777">
        <w:trPr>
          <w:jc w:val="center"/>
        </w:trPr>
        <w:tc>
          <w:tcPr>
            <w:tcW w:w="10312" w:type="dxa"/>
            <w:tcBorders>
              <w:top w:val="single" w:sz="12" w:space="0" w:color="48BDE8"/>
              <w:left w:val="single" w:sz="12" w:space="0" w:color="48BDE8"/>
              <w:bottom w:val="single" w:sz="12" w:space="0" w:color="48BDE8"/>
              <w:right w:val="single" w:sz="12" w:space="0" w:color="48BDE8"/>
            </w:tcBorders>
            <w:shd w:val="clear" w:color="auto" w:fill="EAF6FC"/>
          </w:tcPr>
          <w:p w14:paraId="1C29BB1C" w14:textId="77777777" w:rsidR="00EA1272" w:rsidRPr="00284959" w:rsidRDefault="00000000">
            <w:pPr>
              <w:spacing w:after="100"/>
            </w:pPr>
            <w:r w:rsidRPr="00284959">
              <w:rPr>
                <w:b/>
                <w:sz w:val="30"/>
              </w:rPr>
              <w:t xml:space="preserve">Zgoda </w:t>
            </w:r>
            <w:proofErr w:type="spellStart"/>
            <w:r w:rsidRPr="00284959">
              <w:rPr>
                <w:b/>
                <w:sz w:val="30"/>
              </w:rPr>
              <w:t>na</w:t>
            </w:r>
            <w:proofErr w:type="spellEnd"/>
            <w:r w:rsidRPr="00284959">
              <w:rPr>
                <w:b/>
                <w:sz w:val="30"/>
              </w:rPr>
              <w:t xml:space="preserve"> </w:t>
            </w:r>
            <w:proofErr w:type="spellStart"/>
            <w:r w:rsidRPr="00284959">
              <w:rPr>
                <w:b/>
                <w:sz w:val="30"/>
              </w:rPr>
              <w:t>publikację</w:t>
            </w:r>
            <w:proofErr w:type="spellEnd"/>
            <w:r w:rsidRPr="00284959">
              <w:rPr>
                <w:b/>
                <w:sz w:val="30"/>
              </w:rPr>
              <w:t xml:space="preserve"> </w:t>
            </w:r>
            <w:proofErr w:type="spellStart"/>
            <w:r w:rsidRPr="00284959">
              <w:rPr>
                <w:b/>
                <w:sz w:val="30"/>
              </w:rPr>
              <w:t>wizerunku</w:t>
            </w:r>
            <w:proofErr w:type="spellEnd"/>
          </w:p>
          <w:p w14:paraId="07FBCFA2" w14:textId="77777777" w:rsidR="00EA1272" w:rsidRPr="00284959" w:rsidRDefault="00000000">
            <w:pPr>
              <w:spacing w:after="80" w:line="259" w:lineRule="auto"/>
            </w:pPr>
            <w:r w:rsidRPr="00284959">
              <w:t>Wyrażam zgodę / nie wyrażam zgody* na umieszczenie zdjęć przedstawiających moje dziecko w związku z udziałem w konkursie „Gotowanie łączy pokolenia” na tablicy prac na terenie Przedszkola nr 68 w Gdańsku, w celu prezentacji prac konkursowych i podsumowania wydarzenia.</w:t>
            </w:r>
          </w:p>
        </w:tc>
      </w:tr>
    </w:tbl>
    <w:p w14:paraId="391F973C" w14:textId="77777777" w:rsidR="00284959" w:rsidRPr="00284959" w:rsidRDefault="00284959">
      <w:pPr>
        <w:spacing w:before="80" w:after="0"/>
        <w:rPr>
          <w:i/>
          <w:sz w:val="1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5"/>
        <w:gridCol w:w="5155"/>
      </w:tblGrid>
      <w:tr w:rsidR="00284959" w:rsidRPr="00284959" w14:paraId="5B4A7F60" w14:textId="77777777" w:rsidTr="00F47D5A">
        <w:trPr>
          <w:trHeight w:val="1342"/>
          <w:jc w:val="center"/>
        </w:trPr>
        <w:tc>
          <w:tcPr>
            <w:tcW w:w="5155" w:type="dxa"/>
            <w:tcBorders>
              <w:top w:val="single" w:sz="10" w:space="0" w:color="9CCF98"/>
              <w:left w:val="single" w:sz="10" w:space="0" w:color="9CCF98"/>
              <w:bottom w:val="single" w:sz="10" w:space="0" w:color="9CCF98"/>
              <w:right w:val="single" w:sz="10" w:space="0" w:color="9CCF98"/>
            </w:tcBorders>
            <w:shd w:val="clear" w:color="auto" w:fill="F0F8EF"/>
            <w:vAlign w:val="center"/>
          </w:tcPr>
          <w:p w14:paraId="2BD5E799" w14:textId="77777777" w:rsidR="00284959" w:rsidRPr="00284959" w:rsidRDefault="00284959" w:rsidP="00F47D5A">
            <w:pPr>
              <w:spacing w:after="0"/>
            </w:pPr>
            <w:r w:rsidRPr="00284959">
              <w:rPr>
                <w:b/>
              </w:rPr>
              <w:t>Data:</w:t>
            </w:r>
          </w:p>
          <w:p w14:paraId="482291C1" w14:textId="77777777" w:rsidR="00284959" w:rsidRPr="00284959" w:rsidRDefault="00284959" w:rsidP="00F47D5A">
            <w:r w:rsidRPr="00284959">
              <w:br/>
              <w:t>................................................</w:t>
            </w:r>
          </w:p>
        </w:tc>
        <w:tc>
          <w:tcPr>
            <w:tcW w:w="5155" w:type="dxa"/>
            <w:tcBorders>
              <w:top w:val="single" w:sz="10" w:space="0" w:color="9CCF98"/>
              <w:left w:val="single" w:sz="10" w:space="0" w:color="9CCF98"/>
              <w:bottom w:val="single" w:sz="10" w:space="0" w:color="9CCF98"/>
              <w:right w:val="single" w:sz="10" w:space="0" w:color="9CCF98"/>
            </w:tcBorders>
            <w:shd w:val="clear" w:color="auto" w:fill="F0F8EF"/>
            <w:vAlign w:val="center"/>
          </w:tcPr>
          <w:p w14:paraId="713E634A" w14:textId="77777777" w:rsidR="00284959" w:rsidRPr="00284959" w:rsidRDefault="00284959" w:rsidP="00F47D5A">
            <w:pPr>
              <w:spacing w:after="0"/>
            </w:pPr>
            <w:proofErr w:type="spellStart"/>
            <w:r w:rsidRPr="00284959">
              <w:rPr>
                <w:b/>
              </w:rPr>
              <w:t>Podpis</w:t>
            </w:r>
            <w:proofErr w:type="spellEnd"/>
            <w:r w:rsidRPr="00284959">
              <w:rPr>
                <w:b/>
              </w:rPr>
              <w:t xml:space="preserve"> </w:t>
            </w:r>
            <w:proofErr w:type="spellStart"/>
            <w:r w:rsidRPr="00284959">
              <w:rPr>
                <w:b/>
              </w:rPr>
              <w:t>rodzica</w:t>
            </w:r>
            <w:proofErr w:type="spellEnd"/>
            <w:r w:rsidRPr="00284959">
              <w:rPr>
                <w:b/>
              </w:rPr>
              <w:t>/</w:t>
            </w:r>
            <w:proofErr w:type="spellStart"/>
            <w:r w:rsidRPr="00284959">
              <w:rPr>
                <w:b/>
              </w:rPr>
              <w:t>opiekuna</w:t>
            </w:r>
            <w:proofErr w:type="spellEnd"/>
            <w:r w:rsidRPr="00284959">
              <w:rPr>
                <w:b/>
              </w:rPr>
              <w:t xml:space="preserve"> </w:t>
            </w:r>
            <w:proofErr w:type="spellStart"/>
            <w:r w:rsidRPr="00284959">
              <w:rPr>
                <w:b/>
              </w:rPr>
              <w:t>prawnego</w:t>
            </w:r>
            <w:proofErr w:type="spellEnd"/>
            <w:r w:rsidRPr="00284959">
              <w:rPr>
                <w:b/>
              </w:rPr>
              <w:t>:</w:t>
            </w:r>
          </w:p>
          <w:p w14:paraId="01740759" w14:textId="77777777" w:rsidR="00284959" w:rsidRPr="00284959" w:rsidRDefault="00284959" w:rsidP="00F47D5A">
            <w:r w:rsidRPr="00284959">
              <w:br/>
              <w:t>................................................................</w:t>
            </w:r>
          </w:p>
        </w:tc>
      </w:tr>
    </w:tbl>
    <w:p w14:paraId="03B5D75F" w14:textId="77777777" w:rsidR="00284959" w:rsidRPr="00284959" w:rsidRDefault="00284959">
      <w:pPr>
        <w:spacing w:before="80" w:after="0"/>
        <w:rPr>
          <w:i/>
          <w:sz w:val="18"/>
        </w:rPr>
      </w:pPr>
    </w:p>
    <w:p w14:paraId="7C1D9752" w14:textId="00D197B6" w:rsidR="00EA1272" w:rsidRPr="00284959" w:rsidRDefault="00000000">
      <w:pPr>
        <w:spacing w:before="80" w:after="0"/>
      </w:pPr>
      <w:r w:rsidRPr="00284959">
        <w:rPr>
          <w:i/>
          <w:sz w:val="18"/>
        </w:rPr>
        <w:t xml:space="preserve">* </w:t>
      </w:r>
      <w:proofErr w:type="spellStart"/>
      <w:r w:rsidRPr="00284959">
        <w:rPr>
          <w:i/>
          <w:sz w:val="18"/>
        </w:rPr>
        <w:t>Niepotrzebne</w:t>
      </w:r>
      <w:proofErr w:type="spellEnd"/>
      <w:r w:rsidRPr="00284959">
        <w:rPr>
          <w:i/>
          <w:sz w:val="18"/>
        </w:rPr>
        <w:t xml:space="preserve"> </w:t>
      </w:r>
      <w:proofErr w:type="spellStart"/>
      <w:r w:rsidRPr="00284959">
        <w:rPr>
          <w:i/>
          <w:sz w:val="18"/>
        </w:rPr>
        <w:t>skreślić</w:t>
      </w:r>
      <w:proofErr w:type="spellEnd"/>
      <w:r w:rsidRPr="00284959">
        <w:rPr>
          <w:i/>
          <w:sz w:val="18"/>
        </w:rPr>
        <w:t>.</w:t>
      </w:r>
    </w:p>
    <w:sectPr w:rsidR="00EA1272" w:rsidRPr="00284959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8639766">
    <w:abstractNumId w:val="8"/>
  </w:num>
  <w:num w:numId="2" w16cid:durableId="1612857083">
    <w:abstractNumId w:val="6"/>
  </w:num>
  <w:num w:numId="3" w16cid:durableId="2111002032">
    <w:abstractNumId w:val="5"/>
  </w:num>
  <w:num w:numId="4" w16cid:durableId="1167865057">
    <w:abstractNumId w:val="4"/>
  </w:num>
  <w:num w:numId="5" w16cid:durableId="212622504">
    <w:abstractNumId w:val="7"/>
  </w:num>
  <w:num w:numId="6" w16cid:durableId="950471688">
    <w:abstractNumId w:val="3"/>
  </w:num>
  <w:num w:numId="7" w16cid:durableId="927153871">
    <w:abstractNumId w:val="2"/>
  </w:num>
  <w:num w:numId="8" w16cid:durableId="2073499144">
    <w:abstractNumId w:val="1"/>
  </w:num>
  <w:num w:numId="9" w16cid:durableId="1527669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4959"/>
    <w:rsid w:val="0029639D"/>
    <w:rsid w:val="00326F90"/>
    <w:rsid w:val="00AA1D8D"/>
    <w:rsid w:val="00B47730"/>
    <w:rsid w:val="00CB0664"/>
    <w:rsid w:val="00E3547B"/>
    <w:rsid w:val="00EA12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83F00"/>
  <w14:defaultImageDpi w14:val="300"/>
  <w15:docId w15:val="{E30CFA14-F7D5-44F9-B8B5-3496F88E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Klaudia Klaudia</cp:lastModifiedBy>
  <cp:revision>2</cp:revision>
  <dcterms:created xsi:type="dcterms:W3CDTF">2013-12-23T23:15:00Z</dcterms:created>
  <dcterms:modified xsi:type="dcterms:W3CDTF">2026-10-28T12:42:00Z</dcterms:modified>
  <cp:category/>
</cp:coreProperties>
</file>